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RGTitle"/>
        <w:jc w:val="left"/>
      </w:pPr>
      <w:r>
        <w:t>Comunicação de Gravidez ao Empregador (Gestante)</w:t>
      </w:r>
    </w:p>
    <w:p>
      <w:r>
        <w:rPr>
          <w:i/>
        </w:rPr>
        <w:t>Modelo respeitoso para informar e anexar comprovante/exame.</w:t>
      </w:r>
    </w:p>
    <w:p/>
    <w:p>
      <w:pPr>
        <w:pStyle w:val="RGH2"/>
      </w:pPr>
      <w:r>
        <w:t>Campos para preencher:</w:t>
      </w:r>
    </w:p>
    <w:p>
      <w:r>
        <w:t>• Trabalhador(a): [NOME] – CPF [CPF] – Contato [TELEFONE/EMAIL]</w:t>
      </w:r>
    </w:p>
    <w:p>
      <w:r>
        <w:t>• Empregador: [EMPRESA] – CNPJ [CNPJ] – Endereço [ENDERECO_EMPRESA]</w:t>
      </w:r>
    </w:p>
    <w:p>
      <w:r>
        <w:t>• Função: [FUNCAO] – Setor/Posto: [SETOR/POSTO]</w:t>
      </w:r>
    </w:p>
    <w:p>
      <w:r>
        <w:t>• Admissão: [ADMISSAO] – Desligamento (se houver): [DESLIGAMENTO]</w:t>
      </w:r>
    </w:p>
    <w:p>
      <w:r>
        <w:t>• Cidade/UF e data: [CIDADE], [DATA]</w:t>
      </w:r>
    </w:p>
    <w:p/>
    <w:p>
      <w:pPr>
        <w:pStyle w:val="RGH2"/>
      </w:pPr>
      <w:r>
        <w:t>À [EMPRESA] – RH/Departamento Pessoal</w:t>
      </w:r>
    </w:p>
    <w:p>
      <w:r>
        <w:t>Eu, [NOME], CPF [CPF], venho comunicar, de forma formal, que estou gestante, conforme comprovante/exame em anexo (quando houver), solicitando o registro desta informação no meu prontuário funcional.</w:t>
      </w:r>
    </w:p>
    <w:p>
      <w:r>
        <w:t>Data provável da gestação (se desejar informar): [DPP/SEMANA].</w:t>
      </w:r>
    </w:p>
    <w:p>
      <w:r>
        <w:t>Peço confirmação por escrito do recebimento desta comunicação.</w:t>
      </w:r>
    </w:p>
    <w:p/>
    <w:p>
      <w:pPr>
        <w:pStyle w:val="RGH2"/>
      </w:pPr>
      <w:r>
        <w:t>Assinatura:</w:t>
      </w:r>
    </w:p>
    <w:p>
      <w:r>
        <w:t>______________________________________________</w:t>
      </w:r>
    </w:p>
    <w:p>
      <w:r>
        <w:t>[NOME] – CPF [CPF]</w:t>
      </w:r>
    </w:p>
    <w:p/>
    <w:p>
      <w:pPr>
        <w:pStyle w:val="RGH2"/>
      </w:pPr>
      <w:r>
        <w:t>Aviso (Portal do Empregado):</w:t>
      </w:r>
    </w:p>
    <w:p>
      <w:pPr>
        <w:pStyle w:val="RGSmall"/>
      </w:pPr>
      <w:r>
        <w:t>Modelo informativo de uso geral. Estabilidade depende do caso concreto e prazos podem ser decisivos. Se houver risco de perda de prazo, necessidade de tutela urgente, ou situação sensível, busque orientação jurídica.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RGTitle">
    <w:name w:val="RG Title"/>
    <w:rPr>
      <w:rFonts w:ascii="Calibri" w:hAnsi="Calibri" w:eastAsia="Calibri"/>
      <w:b/>
      <w:sz w:val="36"/>
    </w:rPr>
  </w:style>
  <w:style w:type="paragraph" w:customStyle="1" w:styleId="RGH2">
    <w:name w:val="RG H2"/>
    <w:rPr>
      <w:rFonts w:ascii="Calibri" w:hAnsi="Calibri" w:eastAsia="Calibri"/>
      <w:b/>
      <w:sz w:val="26"/>
    </w:rPr>
  </w:style>
  <w:style w:type="paragraph" w:customStyle="1" w:styleId="RGSmall">
    <w:name w:val="RG Small"/>
    <w:rPr>
      <w:rFonts w:ascii="Calibri" w:hAnsi="Calibri" w:eastAsia="Calibri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