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Formal de Documentos da Rescisão</w:t>
      </w:r>
    </w:p>
    <w:p>
      <w:r>
        <w:rPr>
          <w:i/>
        </w:rPr>
        <w:t>TRCT, chave/FGTS, guias, comprovantes e demonstrativos.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Desligamento: [DESLIGAMENTO]</w:t>
      </w:r>
    </w:p>
    <w:p>
      <w:r>
        <w:t>• Cidade/UF e data: [CIDADE], [DATA]</w:t>
      </w:r>
    </w:p>
    <w:p/>
    <w:p>
      <w:pPr>
        <w:pStyle w:val="RGH2"/>
      </w:pPr>
      <w:r>
        <w:t>Ao(À) Responsável pelo RH/Departamento Pessoal de [EMPRESA],</w:t>
      </w:r>
    </w:p>
    <w:p>
      <w:r>
        <w:t>Eu, [NOME], CPF [CPF], que trabalhei para [EMPRESA] na função de [FUNCAO], solicito a disponibilização/entrega, por e-mail ([TELEFONE/EMAIL]) ou para retirada, dos documentos abaixo relacionados, referentes ao meu desligamento em [DESLIGAMENTO]:</w:t>
      </w:r>
    </w:p>
    <w:p>
      <w:r>
        <w:t>• Termo de Rescisão do Contrato de Trabalho (TRCT) e termo de quitação, se houver;</w:t>
      </w:r>
    </w:p>
    <w:p>
      <w:r>
        <w:t>• Demonstrativo/memória de cálculo das verbas rescisórias;</w:t>
      </w:r>
    </w:p>
    <w:p>
      <w:r>
        <w:t>• Comprovantes de pagamento (depósito/PIX/recibo) e discriminação das rubricas;</w:t>
      </w:r>
    </w:p>
    <w:p>
      <w:r>
        <w:t>• Documentos do FGTS: chave/guia/GRRF e comprovantes necessários ao saque, quando aplicável;</w:t>
      </w:r>
    </w:p>
    <w:p>
      <w:r>
        <w:t>• Guias do seguro-desemprego, quando aplicável;</w:t>
      </w:r>
    </w:p>
    <w:p>
      <w:r>
        <w:t>• Comprovante de baixa/atualização do desligamento na CTPS Digital;</w:t>
      </w:r>
    </w:p>
    <w:p>
      <w:r>
        <w:t>• Espelhos de ponto e banco de horas do período de [PERIODO] (se houver);</w:t>
      </w:r>
    </w:p>
    <w:p>
      <w:r>
        <w:t>• Últimos contracheques/holerites do período de [PERIODO] (se houver).</w:t>
      </w:r>
    </w:p>
    <w:p>
      <w:r>
        <w:t>Prazo solicitado: [PRAZO – ex.: 48 horas] a contar do recebimento deste pedido.</w:t>
      </w:r>
    </w:p>
    <w:p>
      <w:r>
        <w:t>Agradeço e fico no aguardo.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