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Questionário de Vínculo (PJ/MEI) – Triagem Completa</w:t>
      </w:r>
    </w:p>
    <w:p>
      <w:r>
        <w:rPr>
          <w:i/>
        </w:rPr>
        <w:t>Preencha para avaliar se a relação tinha cara de emprego (subordinação, habitualidade etc.).</w:t>
      </w:r>
    </w:p>
    <w:p/>
    <w:p>
      <w:pPr>
        <w:pStyle w:val="RGH2"/>
      </w:pPr>
      <w:r>
        <w:t>Identificação</w:t>
      </w:r>
    </w:p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Contratante/Empresa: [EMPRESA] – CNPJ [CNPJ] – Endereço [ENDERECO_EMPRESA]</w:t>
      </w:r>
    </w:p>
    <w:p>
      <w:r>
        <w:t>• Prestação como: [ ] PJ  [ ] MEI  [ ] Autônomo  [ ] Outro: [DESCREVER]</w:t>
      </w:r>
    </w:p>
    <w:p>
      <w:r>
        <w:t>• Período de prestação: [PERIODO – ex.: 01/2023 a 12/2025]</w:t>
      </w:r>
    </w:p>
    <w:p>
      <w:r>
        <w:t>• Atividade exercida: [ATIVIDADE/FUNCAO]</w:t>
      </w:r>
    </w:p>
    <w:p>
      <w:r>
        <w:t>• Cidade/UF e data: [CIDADE], [DATA]</w:t>
      </w:r>
    </w:p>
    <w:p/>
    <w:p>
      <w:pPr>
        <w:pStyle w:val="RGH2"/>
      </w:pPr>
      <w:r>
        <w:t>1) Como era a rotina?</w:t>
      </w:r>
    </w:p>
    <w:p>
      <w:r>
        <w:t>• Você tinha horário fixo? [ ] sim [ ] não – Qual? [DESCREVER]</w:t>
      </w:r>
    </w:p>
    <w:p>
      <w:r>
        <w:t>• Você tinha que cumprir escala/plantão? [ ] sim [ ] não – Como era? [DESCREVER]</w:t>
      </w:r>
    </w:p>
    <w:p>
      <w:r>
        <w:t>• Você podia recusar serviço/dia? [ ] sim [ ] não – Como era cobrado? [DESCREVER]</w:t>
      </w:r>
    </w:p>
    <w:p>
      <w:r>
        <w:t>• Você trabalhava com exclusividade? [ ] sim [ ] não – Tinha outros clientes? [DESCREVER]</w:t>
      </w:r>
    </w:p>
    <w:p>
      <w:r>
        <w:t>• Quem definia como o trabalho seria feito? [EMPRESA] / [VOCÊ] – Explique: [DESCREVER]</w:t>
      </w:r>
    </w:p>
    <w:p>
      <w:r>
        <w:t>• Havia supervisor/chefe cobrando metas e rotina? [ ] sim [ ] não – Quem? [DESCREVER]</w:t>
      </w:r>
    </w:p>
    <w:p/>
    <w:p>
      <w:pPr>
        <w:pStyle w:val="RGH2"/>
      </w:pPr>
      <w:r>
        <w:t>2) Estrutura e ferramentas</w:t>
      </w:r>
    </w:p>
    <w:p>
      <w:r>
        <w:t>• Você usava uniforme/crachá? [ ] sim [ ] não – Qual? [DESCREVER]</w:t>
      </w:r>
    </w:p>
    <w:p>
      <w:r>
        <w:t>• Usava ferramentas/equipamentos da empresa? [ ] sim [ ] não – Quais? [DESCREVER]</w:t>
      </w:r>
    </w:p>
    <w:p>
      <w:r>
        <w:t>• Trabalhou dentro do local da empresa? [ ] sim [ ] não – Onde? [DESCREVER]</w:t>
      </w:r>
    </w:p>
    <w:p>
      <w:r>
        <w:t>• A empresa controlava ponto/entrada/saída? [ ] sim [ ] não – Como? [DESCREVER]</w:t>
      </w:r>
    </w:p>
    <w:p/>
    <w:p>
      <w:pPr>
        <w:pStyle w:val="RGH2"/>
      </w:pPr>
      <w:r>
        <w:t>3) Pagamento</w:t>
      </w:r>
    </w:p>
    <w:p>
      <w:r>
        <w:t>• Pagamento era fixo mensal? [ ] sim [ ] não – Valor: R$ [VALOR]</w:t>
      </w:r>
    </w:p>
    <w:p>
      <w:r>
        <w:t>• Havia pagamento por fora/comissões? [ ] sim [ ] não – Explique: [DESCREVER]</w:t>
      </w:r>
    </w:p>
    <w:p>
      <w:r>
        <w:t>• Quem emitia nota? [VOCÊ] / [EMPRESA exigia] – Frequência: [DESCREVER]</w:t>
      </w:r>
    </w:p>
    <w:p>
      <w:r>
        <w:t>• Houve descontos/penalidades? [ ] sim [ ] não – Quais? [DESCREVER]</w:t>
      </w:r>
    </w:p>
    <w:p/>
    <w:p>
      <w:pPr>
        <w:pStyle w:val="RGH2"/>
      </w:pPr>
      <w:r>
        <w:t>4) Rescisão/encerramento</w:t>
      </w:r>
    </w:p>
    <w:p>
      <w:r>
        <w:t>• Como terminou a prestação? [DESCREVER]</w:t>
      </w:r>
    </w:p>
    <w:p>
      <w:r>
        <w:t>• Você recebeu algum acerto? [ ] sim [ ] não – Qual? [DESCREVER]</w:t>
      </w:r>
    </w:p>
    <w:p>
      <w:r>
        <w:t>• Ficou impedido de entrar/foi bloqueado de grupos/sistemas? [ ] sim [ ] não – Detalhe: [DESCREVER]</w:t>
      </w:r>
    </w:p>
    <w:p/>
    <w:p>
      <w:pPr>
        <w:pStyle w:val="RGH2"/>
      </w:pPr>
      <w:r>
        <w:t>5) Provas disponíveis (marque)</w:t>
      </w:r>
    </w:p>
    <w:p>
      <w:r>
        <w:t>• [ ] contrato PJ/MEI / propostas / e-mails</w:t>
      </w:r>
    </w:p>
    <w:p>
      <w:r>
        <w:t>• [ ] mensagens WhatsApp com ordens/cobranças/horários</w:t>
      </w:r>
    </w:p>
    <w:p>
      <w:r>
        <w:t>• [ ] acesso a sistemas/logins</w:t>
      </w:r>
    </w:p>
    <w:p>
      <w:r>
        <w:t>• [ ] escala/ponto/portaria</w:t>
      </w:r>
    </w:p>
    <w:p>
      <w:r>
        <w:t>• [ ] notas fiscais emitidas</w:t>
      </w:r>
    </w:p>
    <w:p>
      <w:r>
        <w:t>• [ ] comprovantes de pagamento (PIX/depósitos)</w:t>
      </w:r>
    </w:p>
    <w:p>
      <w:r>
        <w:t>• [ ] crachá/uniforme/fotos no posto</w:t>
      </w:r>
    </w:p>
    <w:p>
      <w:r>
        <w:t>• [ ] testemunhas</w:t>
      </w:r>
    </w:p>
    <w:p>
      <w:r>
        <w:t>• [ ] outros: [DESCREVER]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Vínculo de emprego depende de análise do caso e das provas. Evite enviar documentos que possam gerar retaliação sem orientação prévia.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