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Emissão de CAT (Acidente de Trabalho)</w:t>
      </w:r>
    </w:p>
    <w:p>
      <w:r>
        <w:rPr>
          <w:i/>
        </w:rPr>
        <w:t>Modelo para pedir registro formal do acidente/doença relacionada ao trabalho.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Data do evento: [DATA_EVENTO]  Horário aproximado: [HORA_EVENTO]</w:t>
      </w:r>
    </w:p>
    <w:p>
      <w:r>
        <w:t>• Local do evento: [LOCAL_EVENTO]</w:t>
      </w:r>
    </w:p>
    <w:p>
      <w:r>
        <w:t>• Cidade/UF e data: [CIDADE], [DATA]</w:t>
      </w:r>
    </w:p>
    <w:p/>
    <w:p>
      <w:pPr>
        <w:pStyle w:val="RGH2"/>
      </w:pPr>
      <w:r>
        <w:t>À [EMPRESA] – RH/Segurança do Trabalho</w:t>
      </w:r>
    </w:p>
    <w:p>
      <w:r>
        <w:t>Solicito a emissão da Comunicação de Acidente de Trabalho (CAT) referente ao evento ocorrido em [DATA_EVENTO], no local [LOCAL_EVENTO], durante a execução de minhas atividades na função [FUNCAO].</w:t>
      </w:r>
    </w:p>
    <w:p>
      <w:r>
        <w:t>Descrição breve do ocorrido (preencher):</w:t>
      </w:r>
    </w:p>
    <w:p>
      <w:r>
        <w:t>• [DESCREVER O QUE ACONTECEU, COMO, E QUAL PARTE DO CORPO/QUEIXA – sem exageros]</w:t>
      </w:r>
    </w:p>
    <w:p>
      <w:r>
        <w:t>Atendimento/Documentos médicos: [DESCREVER atendimento, unidade, laudos/atestados, se houver].</w:t>
      </w:r>
    </w:p>
    <w:p>
      <w:r>
        <w:t>Peço confirmação por escrito e envio do número/protocolo da CAT, quando emitida.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Em caso de urgência médica, procure atendimento imediatamente. Se houver risco de retaliação ou necessidade de medidas rápidas, busque orientação antes de enviar documentos.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