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Solicitação Genérica de Documentos (Modelo Curto)</w:t>
      </w:r>
    </w:p>
    <w:p>
      <w:r>
        <w:rPr>
          <w:i/>
        </w:rPr>
        <w:t>Serve para pedir cópias de qualquer documento do vínculo/rescisão.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Empregador/Empresa: [EMPRESA] – CNPJ [CNPJ] – Endereço [ENDERECO_EMPRESA]</w:t>
      </w:r>
    </w:p>
    <w:p>
      <w:r>
        <w:t>• Função: [FUNCAO] – Admissão: [ADMISSAO] – Desligamento (se houver): [DESLIGAMENTO]</w:t>
      </w:r>
    </w:p>
    <w:p>
      <w:r>
        <w:t>• Cidade/UF e data: [CIDADE], [DATA]</w:t>
      </w:r>
    </w:p>
    <w:p/>
    <w:p>
      <w:pPr>
        <w:pStyle w:val="RGH2"/>
      </w:pPr>
      <w:r>
        <w:t>À [EMPRESA] – RH/DP</w:t>
      </w:r>
    </w:p>
    <w:p>
      <w:r>
        <w:t>Solicito, por gentileza, a disponibilização/entrega de cópia dos documentos abaixo, relacionados ao meu vínculo e/ou desligamento:</w:t>
      </w:r>
    </w:p>
    <w:p>
      <w:r>
        <w:t>• [LISTAR DOCUMENTOS – ex.: holerites, ponto, escala, TRCT, PPP, ASO, relatórios]</w:t>
      </w:r>
    </w:p>
    <w:p>
      <w:r>
        <w:t>Peço envio por e-mail ([TELEFONE/EMAIL]) no prazo de [PRAZO – ex.: 72 horas].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Modelos de uso geral. Ajuste ao seu caso e guarde provas. Se houver risco de retaliação ou situação sensível, busque orientação antes de enviar.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