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Declaração de Rotina de Trabalho (Uso interno)</w:t>
      </w:r>
    </w:p>
    <w:p>
      <w:r>
        <w:rPr>
          <w:i/>
        </w:rPr>
        <w:t>Modelo para descrever jornada, subordinação, tarefas e contexto.</w:t>
      </w:r>
    </w:p>
    <w:p/>
    <w:p>
      <w:pPr>
        <w:pStyle w:val="RGH2"/>
      </w:pPr>
      <w:r>
        <w:t>⚠️ Uso interno:</w:t>
      </w:r>
    </w:p>
    <w:p>
      <w:r>
        <w:t>Este documento é para organizar sua história e provas. Não é para ser assinado pela empresa.</w:t>
      </w:r>
    </w:p>
    <w:p/>
    <w:p>
      <w:pPr>
        <w:pStyle w:val="RGH2"/>
      </w:pPr>
      <w:r>
        <w:t>Identificação</w:t>
      </w:r>
    </w:p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Contratante/Empresa: [EMPRESA] – CNPJ [CNPJ] – Endereço [ENDERECO_EMPRESA]</w:t>
      </w:r>
    </w:p>
    <w:p>
      <w:r>
        <w:t>• Prestação como: [ ] PJ  [ ] MEI  [ ] Autônomo  [ ] Outro: [DESCREVER]</w:t>
      </w:r>
    </w:p>
    <w:p>
      <w:r>
        <w:t>• Período de prestação: [PERIODO – ex.: 01/2023 a 12/2025]</w:t>
      </w:r>
    </w:p>
    <w:p>
      <w:r>
        <w:t>• Atividade exercida: [ATIVIDADE/FUNCAO]</w:t>
      </w:r>
    </w:p>
    <w:p>
      <w:r>
        <w:t>• Cidade/UF e data: [CIDADE], [DATA]</w:t>
      </w:r>
    </w:p>
    <w:p/>
    <w:p>
      <w:pPr>
        <w:pStyle w:val="RGH2"/>
      </w:pPr>
      <w:r>
        <w:t>1) Descreva sua rotina (preencher):</w:t>
      </w:r>
    </w:p>
    <w:p>
      <w:r>
        <w:t>• Horário/jornada: [DESCREVER]</w:t>
      </w:r>
    </w:p>
    <w:p>
      <w:r>
        <w:t>• Local de trabalho: [DESCREVER]</w:t>
      </w:r>
    </w:p>
    <w:p>
      <w:r>
        <w:t>• Tarefas principais: [DESCREVER]</w:t>
      </w:r>
    </w:p>
    <w:p>
      <w:r>
        <w:t>• Quem dava ordens/cobrava: [DESCREVER]</w:t>
      </w:r>
    </w:p>
    <w:p>
      <w:r>
        <w:t>• Como eram metas, punições e controle: [DESCREVER]</w:t>
      </w:r>
    </w:p>
    <w:p/>
    <w:p>
      <w:pPr>
        <w:pStyle w:val="RGH2"/>
      </w:pPr>
      <w:r>
        <w:t>2) Sinais de subordinação (marque o que se aplica):</w:t>
      </w:r>
    </w:p>
    <w:p>
      <w:r>
        <w:t>• [ ] tinha chefia direta e ordens diárias</w:t>
      </w:r>
    </w:p>
    <w:p>
      <w:r>
        <w:t>• [ ] tinha horário fixo/escala</w:t>
      </w:r>
    </w:p>
    <w:p>
      <w:r>
        <w:t>• [ ] era cobrado por presença/pontualidade</w:t>
      </w:r>
    </w:p>
    <w:p>
      <w:r>
        <w:t>• [ ] não podia mandar substituto livremente</w:t>
      </w:r>
    </w:p>
    <w:p>
      <w:r>
        <w:t>• [ ] não podia atender outros clientes/exclusividade</w:t>
      </w:r>
    </w:p>
    <w:p>
      <w:r>
        <w:t>• [ ] usava uniforme/crachá da empresa</w:t>
      </w:r>
    </w:p>
    <w:p>
      <w:r>
        <w:t>• [ ] seguia padrões e procedimentos internos</w:t>
      </w:r>
    </w:p>
    <w:p>
      <w:r>
        <w:t>• [ ] usava ferramentas/sistema da empresa</w:t>
      </w:r>
    </w:p>
    <w:p>
      <w:r>
        <w:t>• [ ] sofria advertência/ameaça quando discordava</w:t>
      </w:r>
    </w:p>
    <w:p/>
    <w:p>
      <w:pPr>
        <w:pStyle w:val="RGH2"/>
      </w:pPr>
      <w:r>
        <w:t>3) Pagamento e notas (preencher):</w:t>
      </w:r>
    </w:p>
    <w:p>
      <w:r>
        <w:t>• Valor e frequência: [DESCREVER]</w:t>
      </w:r>
    </w:p>
    <w:p>
      <w:r>
        <w:t>• Quem definia o valor: [DESCREVER]</w:t>
      </w:r>
    </w:p>
    <w:p>
      <w:r>
        <w:t>• Emissão de nota: [DESCREVER]</w:t>
      </w:r>
    </w:p>
    <w:p/>
    <w:p>
      <w:pPr>
        <w:pStyle w:val="RGH2"/>
      </w:pPr>
      <w:r>
        <w:t>4) Provas que confirmam (liste):</w:t>
      </w:r>
    </w:p>
    <w:p>
      <w:r>
        <w:t>• [LISTAR PRINTS, E-MAILS, EXTRATOS, ESCALAS, LOGINS, TESTEMUNHAS]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Vínculo de emprego depende de análise do caso e das provas. Evite enviar documentos que possam gerar retaliação sem orientação prévia.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