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Registro de Ocorrência – Acidente/Doença Relacionada ao Trabalho</w:t>
      </w:r>
    </w:p>
    <w:p>
      <w:r>
        <w:rPr>
          <w:i/>
        </w:rPr>
        <w:t>Modelo para comunicar e registrar o ocorrido, com pedido de providências.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Data do evento: [DATA_EVENTO]  Horário aproximado: [HORA_EVENTO]</w:t>
      </w:r>
    </w:p>
    <w:p>
      <w:r>
        <w:t>• Local do evento: [LOCAL_EVENTO]</w:t>
      </w:r>
    </w:p>
    <w:p>
      <w:r>
        <w:t>• Cidade/UF e data: [CIDADE], [DATA]</w:t>
      </w:r>
    </w:p>
    <w:p/>
    <w:p>
      <w:pPr>
        <w:pStyle w:val="RGH2"/>
      </w:pPr>
      <w:r>
        <w:t>À [EMPRESA] – RH/Segurança do Trabalho</w:t>
      </w:r>
    </w:p>
    <w:p>
      <w:r>
        <w:t>Registro formalmente a ocorrência de [ ] acidente de trabalho  [ ] doença relacionada ao trabalho, ocorrida em [DATA_EVENTO], aproximadamente às [HORA_EVENTO], no local [LOCAL_EVENTO].</w:t>
      </w:r>
    </w:p>
    <w:p>
      <w:pPr>
        <w:pStyle w:val="RGH2"/>
      </w:pPr>
      <w:r>
        <w:t>Relato objetivo (preencher):</w:t>
      </w:r>
    </w:p>
    <w:p>
      <w:r>
        <w:t>• O que aconteceu: [DESCREVER]</w:t>
      </w:r>
    </w:p>
    <w:p>
      <w:r>
        <w:t>• Atividade que eu estava realizando: [DESCREVER]</w:t>
      </w:r>
    </w:p>
    <w:p>
      <w:r>
        <w:t>• Equipamentos/condições do local: [DESCREVER]</w:t>
      </w:r>
    </w:p>
    <w:p>
      <w:r>
        <w:t>• Testemunhas (se houver): [NOMES]</w:t>
      </w:r>
    </w:p>
    <w:p>
      <w:pPr>
        <w:pStyle w:val="RGH2"/>
      </w:pPr>
      <w:r>
        <w:t>Providências solicitadas:</w:t>
      </w:r>
    </w:p>
    <w:p>
      <w:r>
        <w:t>• registro interno do evento e orientações sobre próximos passos;</w:t>
      </w:r>
    </w:p>
    <w:p>
      <w:r>
        <w:t>• encaminhamento ao atendimento médico/medicina do trabalho (se aplicável);</w:t>
      </w:r>
    </w:p>
    <w:p>
      <w:r>
        <w:t>• emissão de CAT (quando cabível);</w:t>
      </w:r>
    </w:p>
    <w:p>
      <w:r>
        <w:t>• preservação de registros do local (câmeras, portaria, relatórios) do período [PERIODO].</w:t>
      </w:r>
    </w:p>
    <w:p>
      <w:r>
        <w:t>Peço confirmação de recebimento.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Em caso de urgência médica, procure atendimento imediatamente. Se houver risco de retaliação ou necessidade de medidas rápidas, busque orientação antes de enviar documentos.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