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Solicitação de Escala de Trabalho (com Histórico de Alterações)</w:t>
      </w:r>
    </w:p>
    <w:p>
      <w:r>
        <w:rPr>
          <w:i/>
        </w:rPr>
        <w:t>Pedido de escala original e alterações ocorridas no período.</w:t>
      </w:r>
    </w:p>
    <w:p/>
    <w:p>
      <w:pPr>
        <w:pStyle w:val="RGH2"/>
      </w:pPr>
      <w:r>
        <w:t>Campos para preencher:</w:t>
      </w:r>
    </w:p>
    <w:p>
      <w:r>
        <w:t>• Trabalhador(a): [NOME] – CPF [CPF] – Contato [TELEFONE/EMAIL]</w:t>
      </w:r>
    </w:p>
    <w:p>
      <w:r>
        <w:t>• Empregador: [EMPRESA] – CNPJ [CNPJ] – Endereço [ENDERECO_EMPRESA]</w:t>
      </w:r>
    </w:p>
    <w:p>
      <w:r>
        <w:t>• Função: [FUNCAO]</w:t>
      </w:r>
    </w:p>
    <w:p>
      <w:r>
        <w:t>• Setor/Posto: [SETOR/POSTO]</w:t>
      </w:r>
    </w:p>
    <w:p>
      <w:r>
        <w:t>• Admissão: [ADMISSAO]</w:t>
      </w:r>
    </w:p>
    <w:p>
      <w:r>
        <w:t>• Período solicitado: [PERIODO – ex.: 01/2025 a 12/2025]</w:t>
      </w:r>
    </w:p>
    <w:p>
      <w:r>
        <w:t>• Cidade/UF e data: [CIDADE], [DATA]</w:t>
      </w:r>
    </w:p>
    <w:p/>
    <w:p>
      <w:pPr>
        <w:pStyle w:val="RGH2"/>
      </w:pPr>
      <w:r>
        <w:t>À [EMPRESA] – RH/Coordenação</w:t>
      </w:r>
    </w:p>
    <w:p>
      <w:r>
        <w:t>Solicito cópia da minha escala de trabalho referente ao período [PERIODO], incluindo:</w:t>
      </w:r>
    </w:p>
    <w:p>
      <w:r>
        <w:t>• escala originalmente publicada (por mês/semana, conforme aplicável);</w:t>
      </w:r>
    </w:p>
    <w:p>
      <w:r>
        <w:t>• histórico de alterações (trocas de turno, coberturas, convocações e mudanças de folga);</w:t>
      </w:r>
    </w:p>
    <w:p>
      <w:r>
        <w:t>• registros de comunicação de alterações (e-mail/WhatsApp/sistema), quando disponíveis;</w:t>
      </w:r>
    </w:p>
    <w:p>
      <w:r>
        <w:t>• identificação do posto/setor ([SETOR/POSTO]) e do responsável pela escala.</w:t>
      </w:r>
    </w:p>
    <w:p>
      <w:r>
        <w:t>Peço envio por e-mail ([TELEFONE/EMAIL]) ou disponibilização para retirada no prazo de [PRAZO – ex.: 72 horas].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 ou dúvida sobre o melhor momento de envio,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