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Contestação de Descontos Indevidos no Salário</w:t>
      </w:r>
    </w:p>
    <w:p>
      <w:r>
        <w:rPr>
          <w:i/>
        </w:rPr>
        <w:t>Quebra de caixa, avaria, faltas não justificadas e outros descontos.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Cidade/UF e data: [CIDADE], [DATA]</w:t>
      </w:r>
    </w:p>
    <w:p/>
    <w:p>
      <w:pPr>
        <w:pStyle w:val="RGH2"/>
      </w:pPr>
      <w:r>
        <w:t>À [EMPRESA] – RH/Financeiro</w:t>
      </w:r>
    </w:p>
    <w:p>
      <w:r>
        <w:t>Identifiquei descontos em meu salário/holerite do mês [MES/ANO] que não reconheço ou que não foram previamente esclarecidos, especialmente relacionados a [ ] quebra de caixa [ ] avaria [ ] faltas/atrasos [ ] outros.</w:t>
      </w:r>
    </w:p>
    <w:p>
      <w:r>
        <w:t>Solicito detalhamento por escrito de cada desconto (base, origem, documentos de suporte e autorização).</w:t>
      </w:r>
    </w:p>
    <w:p>
      <w:r>
        <w:t>Descontos a esclarecer (preencher):</w:t>
      </w:r>
    </w:p>
    <w:p>
      <w:r>
        <w:t>• [DESCONTO 1] – valor R$ [VALOR] – motivo alegado: [MOTIVO]</w:t>
      </w:r>
    </w:p>
    <w:p>
      <w:r>
        <w:t>• [DESCONTO 2] – valor R$ [VALOR] – motivo alegado: [MOTIVO]</w:t>
      </w:r>
    </w:p>
    <w:p>
      <w:r>
        <w:t>Se não houver base/legalidade/anuência para o desconto, solicito estorno/devolução no próximo pagamento.</w:t>
      </w:r>
    </w:p>
    <w:p>
      <w:r>
        <w:t>Peço retorno no prazo de [PRAZO – ex.: 5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valores relevantes,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