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Pedido de Retorno ao Trabalho / Reintegração ao Posto (Afastamento e Retorno)</w:t>
      </w:r>
    </w:p>
    <w:p>
      <w:r>
        <w:rPr>
          <w:i/>
        </w:rPr>
        <w:t>Modelo para comunicar disponibilidade e pedir alinhamento de retorno.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 – Setor/Posto: [SETOR/POSTO]</w:t>
      </w:r>
    </w:p>
    <w:p>
      <w:r>
        <w:t>• Admissão: [ADMISSAO] – Desligamento (se houver): [DESLIGAMENTO]</w:t>
      </w:r>
    </w:p>
    <w:p>
      <w:r>
        <w:t>• Cidade/UF e data: [CIDADE], [DATA]</w:t>
      </w:r>
    </w:p>
    <w:p/>
    <w:p>
      <w:pPr>
        <w:pStyle w:val="RGH2"/>
      </w:pPr>
      <w:r>
        <w:t>À [EMPRESA] – RH/Coordenação</w:t>
      </w:r>
    </w:p>
    <w:p>
      <w:r>
        <w:t>Informo que estou apto(a)/em retorno ao trabalho a partir de [DATA_RETORNO], conforme documentos médicos e orientações da medicina do trabalho (quando aplicável).</w:t>
      </w:r>
    </w:p>
    <w:p>
      <w:r>
        <w:t>Solicito o alinhamento do meu retorno, com indicação de data/horário/setor e orientações necessárias.</w:t>
      </w:r>
    </w:p>
    <w:p>
      <w:r>
        <w:t>Caso exista alguma restrição/limitação, informo que apresentarei os documentos correspondentes.</w:t>
      </w:r>
    </w:p>
    <w:p>
      <w:r>
        <w:t>Peço confirmação por escrito.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Estabilidade depende do caso concreto e prazos podem ser decisivos. Se houver risco de perda de prazo, necessidade de tutela urgente, ou situação sensível, busque orientação jurídica.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