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PPP e LTCAT (quando aplicável)</w:t>
      </w:r>
    </w:p>
    <w:p>
      <w:r>
        <w:rPr>
          <w:i/>
        </w:rPr>
        <w:t>Pedido de documentos previdenciários relacionados a exposição/atividade.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Admissão: [ADMISSAO]</w:t>
      </w:r>
    </w:p>
    <w:p>
      <w:r>
        <w:t>• Cidade/UF e data: [CIDADE], [DATA]</w:t>
      </w:r>
    </w:p>
    <w:p/>
    <w:p>
      <w:pPr>
        <w:pStyle w:val="RGH2"/>
      </w:pPr>
      <w:r>
        <w:t>À [EMPRESA] – RH/Segurança do Trabalho</w:t>
      </w:r>
    </w:p>
    <w:p>
      <w:r>
        <w:t>Solicito o fornecimento do Perfil Profissiográfico Previdenciário (PPP) referente às atividades exercidas por mim na função [FUNCAO]. Quando cabível, solicito também cópia do LTCAT ou do laudo que embasou o preenchimento do PPP.</w:t>
      </w:r>
    </w:p>
    <w:p>
      <w:r>
        <w:t>Peço envio por e-mail ([TELEFONE/EMAIL]) ou disponibilização para retirada no prazo de [PRAZO – ex.: 7 dias].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