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– O que devo receber na rescisão?</w:t>
      </w:r>
    </w:p>
    <w:p>
      <w:r>
        <w:rPr>
          <w:i/>
        </w:rPr>
        <w:t>Lista prática para conferir o acerto (especialmente em demissão sem justa causa).</w:t>
      </w:r>
    </w:p>
    <w:p/>
    <w:p>
      <w:pPr>
        <w:pStyle w:val="RGH2"/>
      </w:pPr>
      <w:r>
        <w:t>Como usar:</w:t>
      </w:r>
    </w:p>
    <w:p>
      <w:r>
        <w:t>Marque o que se aplica ao seu caso e compare com o TRCT e comprovantes.</w:t>
      </w:r>
    </w:p>
    <w:p/>
    <w:p>
      <w:pPr>
        <w:pStyle w:val="RGH2"/>
      </w:pPr>
      <w:r>
        <w:t>Dados básicos (preencher):</w:t>
      </w:r>
    </w:p>
    <w:p>
      <w:r>
        <w:t>• Tipo de desligamento: [ ] sem justa causa  [ ] pedido de demissão  [ ] justa causa  [ ] acordo 484-A  [ ] término de contrato</w:t>
      </w:r>
    </w:p>
    <w:p>
      <w:r>
        <w:t>• Último salário: R$ [VALOR]   Admissão: [ADMISSAO]   Desligamento: [DESLIGAMENTO]</w:t>
      </w:r>
    </w:p>
    <w:p/>
    <w:p>
      <w:pPr>
        <w:pStyle w:val="RGH2"/>
      </w:pPr>
      <w:r>
        <w:t>Verbas comuns:</w:t>
      </w:r>
    </w:p>
    <w:p>
      <w:r>
        <w:t>• [ ] Saldo de salário (dias trabalhados no mês)</w:t>
      </w:r>
    </w:p>
    <w:p>
      <w:r>
        <w:t>• [ ] Aviso prévio (trabalhado ou indenizado)</w:t>
      </w:r>
    </w:p>
    <w:p>
      <w:r>
        <w:t>• [ ] 13º proporcional</w:t>
      </w:r>
    </w:p>
    <w:p>
      <w:r>
        <w:t>• [ ] Férias vencidas (se houver) + 1/3</w:t>
      </w:r>
    </w:p>
    <w:p>
      <w:r>
        <w:t>• [ ] Férias proporcionais + 1/3</w:t>
      </w:r>
    </w:p>
    <w:p>
      <w:r>
        <w:t>• [ ] Horas extras/DSR/reflexos (se houver)</w:t>
      </w:r>
    </w:p>
    <w:p>
      <w:r>
        <w:t>• [ ] Adicional noturno (se houver)</w:t>
      </w:r>
    </w:p>
    <w:p>
      <w:r>
        <w:t>• [ ] Comissões/prêmios habituais (se houver)</w:t>
      </w:r>
    </w:p>
    <w:p/>
    <w:p>
      <w:pPr>
        <w:pStyle w:val="RGH2"/>
      </w:pPr>
      <w:r>
        <w:t>FGTS / Seguro-desemprego (quando aplicável):</w:t>
      </w:r>
    </w:p>
    <w:p>
      <w:r>
        <w:t>• [ ] Multa de 40% do FGTS (demissão sem justa causa)</w:t>
      </w:r>
    </w:p>
    <w:p>
      <w:r>
        <w:t>• [ ] Chave/guia do FGTS para saque</w:t>
      </w:r>
    </w:p>
    <w:p>
      <w:r>
        <w:t>• [ ] Guias do seguro-desemprego (se preencher requisitos)</w:t>
      </w:r>
    </w:p>
    <w:p>
      <w:r>
        <w:t>• [ ] Extrato do FGTS conferido (meses sem depósito?)</w:t>
      </w:r>
    </w:p>
    <w:p/>
    <w:p>
      <w:pPr>
        <w:pStyle w:val="RGH2"/>
      </w:pPr>
      <w:r>
        <w:t>Descontos – conferir e pedir explicação se necessário:</w:t>
      </w:r>
    </w:p>
    <w:p>
      <w:r>
        <w:t>• [ ] VT/benefícios (base e proporcionalidade)</w:t>
      </w:r>
    </w:p>
    <w:p>
      <w:r>
        <w:t>• [ ] Faltas/atrasos (há justificativa?)</w:t>
      </w:r>
    </w:p>
    <w:p>
      <w:r>
        <w:t>• [ ] Adiantamentos (houve? valor?)</w:t>
      </w:r>
    </w:p>
    <w:p>
      <w:r>
        <w:t>• [ ] Outros descontos (exigir detalhamento e autorização)</w:t>
      </w:r>
    </w:p>
    <w:p/>
    <w:p>
      <w:pPr>
        <w:pStyle w:val="RGH2"/>
      </w:pPr>
      <w:r>
        <w:t>Documentos que você deve receber/guardar:</w:t>
      </w:r>
    </w:p>
    <w:p>
      <w:r>
        <w:t>• [ ] TRCT + demonstrativo de cálculo</w:t>
      </w:r>
    </w:p>
    <w:p>
      <w:r>
        <w:t>• [ ] Comprovante de pagamento</w:t>
      </w:r>
    </w:p>
    <w:p>
      <w:r>
        <w:t>• [ ] Baixa na CTPS Digital</w:t>
      </w:r>
    </w:p>
    <w:p>
      <w:r>
        <w:t>• [ ] Documentos FGTS/Seguro-desemprego</w:t>
      </w:r>
    </w:p>
    <w:p>
      <w:r>
        <w:t>• [ ] Holerites e espelhos de ponto (se houver)</w:t>
      </w:r>
    </w:p>
    <w:p/>
    <w:p>
      <w:pPr>
        <w:pStyle w:val="RGH2"/>
      </w:pPr>
      <w:r>
        <w:t>Observações / divergências encontradas:</w:t>
      </w:r>
    </w:p>
    <w:p>
      <w:r>
        <w:t>[ESCREVA AQUI]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