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Pedido de Transferência de Setor/Posto (por motivo de ambiente)</w:t>
      </w:r>
    </w:p>
    <w:p>
      <w:r>
        <w:rPr>
          <w:i/>
        </w:rPr>
        <w:t>Modelo respeitoso para solicitar mudança e preservar saúde.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Cidade/UF e data: [CIDADE], [DATA]</w:t>
      </w:r>
    </w:p>
    <w:p/>
    <w:p>
      <w:pPr>
        <w:pStyle w:val="RGH2"/>
      </w:pPr>
      <w:r>
        <w:t>À [EMPRESA] – RH/Coordenação</w:t>
      </w:r>
    </w:p>
    <w:p>
      <w:r>
        <w:t>Solicito, de forma respeitosa, avaliação de transferência de setor/posto, em razão de dificuldades no ambiente de trabalho no setor [SETOR/POSTO], que vêm afetando meu bem-estar e desempenho.</w:t>
      </w:r>
    </w:p>
    <w:p>
      <w:r>
        <w:t>Justificativa objetiva (preencher):</w:t>
      </w:r>
    </w:p>
    <w:p>
      <w:r>
        <w:t>• [DESCREVER EM POUCAS LINHAS – sem ataques pessoais, focando no ambiente/rotina]</w:t>
      </w:r>
    </w:p>
    <w:p>
      <w:r>
        <w:t>Sugiro, se possível, realocação para: [SETOR/POSTO ALTERNATIVO] ou ajuste de escala para reduzir conflitos.</w:t>
      </w:r>
    </w:p>
    <w:p>
      <w:r>
        <w:t>Peço retorno por escrito no prazo de [PRAZO – ex.: 7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Em situações de risco, ameaça, violência ou retaliação, priorize sua segurança e busque orientação antes de qualquer ação.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