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Declaração de Recebimento “Por Fora” (Uso interno do trabalhador)</w:t>
      </w:r>
    </w:p>
    <w:p>
      <w:r>
        <w:rPr>
          <w:i/>
        </w:rPr>
        <w:t>Documento para organizar narrativa e valores. NÃO é para entregar/assinar com a empresa.</w:t>
      </w:r>
    </w:p>
    <w:p/>
    <w:p>
      <w:pPr>
        <w:pStyle w:val="RGH2"/>
      </w:pPr>
      <w:r>
        <w:t>⚠️ Atenção:</w:t>
      </w:r>
    </w:p>
    <w:p>
      <w:r>
        <w:t>Este documento é para uso pessoal/organização de prova. Não é para ser assinado pela empresa nem enviado como ‘confissão’.</w:t>
      </w:r>
    </w:p>
    <w:p/>
    <w:p>
      <w:pPr>
        <w:pStyle w:val="RGH2"/>
      </w:pPr>
      <w:r>
        <w:t>Identificação (preencher):</w:t>
      </w:r>
    </w:p>
    <w:p>
      <w:r>
        <w:t>• Trabalhador(a): [NOME] – CPF [CPF] – Contato [TELEFONE/EMAIL]</w:t>
      </w:r>
    </w:p>
    <w:p>
      <w:r>
        <w:t>• Empregador: [EMPRESA] – Função: [FUNCAO] – Admissão: [ADMISSAO] – Desligamento (se houver): [DESLIGAMENTO]</w:t>
      </w:r>
    </w:p>
    <w:p>
      <w:r>
        <w:t>• Período em que houve pagamentos por fora: [PERIODO]</w:t>
      </w:r>
    </w:p>
    <w:p/>
    <w:p>
      <w:pPr>
        <w:pStyle w:val="RGH2"/>
      </w:pPr>
      <w:r>
        <w:t>1) Forma de pagamento (marque o que se aplica):</w:t>
      </w:r>
    </w:p>
    <w:p>
      <w:r>
        <w:t>• [ ] dinheiro em espécie</w:t>
      </w:r>
    </w:p>
    <w:p>
      <w:r>
        <w:t>• [ ] PIX</w:t>
      </w:r>
    </w:p>
    <w:p>
      <w:r>
        <w:t>• [ ] depósito/transferência bancária</w:t>
      </w:r>
    </w:p>
    <w:p>
      <w:r>
        <w:t>• [ ] pagamento via terceiros (pessoa física)</w:t>
      </w:r>
    </w:p>
    <w:p>
      <w:r>
        <w:t>• [ ] outros: [DESCREVER]</w:t>
      </w:r>
    </w:p>
    <w:p/>
    <w:p>
      <w:pPr>
        <w:pStyle w:val="RGH2"/>
      </w:pPr>
      <w:r>
        <w:t>2) Padrão e valores (descrever):</w:t>
      </w:r>
    </w:p>
    <w:p>
      <w:r>
        <w:t>• Valor médio mensal por fora: R$ [VALOR]</w:t>
      </w:r>
    </w:p>
    <w:p>
      <w:r>
        <w:t>• Periodicidade: [ ] semanal  [ ] quinzenal  [ ] mensal  [ ] variável</w:t>
      </w:r>
    </w:p>
    <w:p>
      <w:r>
        <w:t>• Quem pagava/como era combinado: [DESCREVER]</w:t>
      </w:r>
    </w:p>
    <w:p/>
    <w:p>
      <w:pPr>
        <w:pStyle w:val="RGH2"/>
      </w:pPr>
      <w:r>
        <w:t>3) Lista de pagamentos por fora (se souber/preencher):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Data</w:t>
            </w:r>
          </w:p>
        </w:tc>
        <w:tc>
          <w:tcPr>
            <w:tcW w:type="dxa" w:w="1440"/>
          </w:tcPr>
          <w:p>
            <w:r>
              <w:t>Valor (R$)</w:t>
            </w:r>
          </w:p>
        </w:tc>
        <w:tc>
          <w:tcPr>
            <w:tcW w:type="dxa" w:w="1440"/>
          </w:tcPr>
          <w:p>
            <w:r>
              <w:t>Forma (PIX/dinheiro/etc.)</w:t>
            </w:r>
          </w:p>
        </w:tc>
        <w:tc>
          <w:tcPr>
            <w:tcW w:type="dxa" w:w="1440"/>
          </w:tcPr>
          <w:p>
            <w:r>
              <w:t>Origem (nome/conta)</w:t>
            </w:r>
          </w:p>
        </w:tc>
        <w:tc>
          <w:tcPr>
            <w:tcW w:type="dxa" w:w="1440"/>
          </w:tcPr>
          <w:p>
            <w:r>
              <w:t>Motivo alegado (comissão/extra/etc.)</w:t>
            </w:r>
          </w:p>
        </w:tc>
        <w:tc>
          <w:tcPr>
            <w:tcW w:type="dxa" w:w="1440"/>
          </w:tcPr>
          <w:p>
            <w:r>
              <w:t>Prova (print/extrato/testemunha)</w:t>
            </w:r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/>
    <w:p>
      <w:pPr>
        <w:pStyle w:val="RGH2"/>
      </w:pPr>
      <w:r>
        <w:t>4) Provas disponíveis (marque):</w:t>
      </w:r>
    </w:p>
    <w:p>
      <w:r>
        <w:t>• [ ] extratos bancários/PIX</w:t>
      </w:r>
    </w:p>
    <w:p>
      <w:r>
        <w:t>• [ ] mensagens (WhatsApp) combinando valores</w:t>
      </w:r>
    </w:p>
    <w:p>
      <w:r>
        <w:t>• [ ] recibos/vales</w:t>
      </w:r>
    </w:p>
    <w:p>
      <w:r>
        <w:t>• [ ] testemunhas</w:t>
      </w:r>
    </w:p>
    <w:p>
      <w:r>
        <w:t>• [ ] relatórios internos</w:t>
      </w:r>
    </w:p>
    <w:p>
      <w:r>
        <w:t>• [ ] outros: [DESCREVER]</w:t>
      </w:r>
    </w:p>
    <w:p/>
    <w:p>
      <w:r>
        <w:t>Declaro, para os fins que entender cabíveis, que as informações acima refletem minha memória e registros disponíveis sobre pagamentos extrafolha.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valores relevantes,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