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Carta de Pedido de Baixa na CTPS Digital</w:t>
      </w:r>
    </w:p>
    <w:p>
      <w:r>
        <w:rPr>
          <w:i/>
        </w:rPr>
        <w:t>Para quando o empregador não regulariza o desligamento.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</w:t>
      </w:r>
    </w:p>
    <w:p>
      <w:r>
        <w:t>• Admissão: [ADMISSAO]</w:t>
      </w:r>
    </w:p>
    <w:p>
      <w:r>
        <w:t>• Desligamento: [DESLIGAMENTO]</w:t>
      </w:r>
    </w:p>
    <w:p>
      <w:r>
        <w:t>• Cidade/UF e data: [CIDADE], [DATA]</w:t>
      </w:r>
    </w:p>
    <w:p/>
    <w:p>
      <w:pPr>
        <w:pStyle w:val="RGH2"/>
      </w:pPr>
      <w:r>
        <w:t>À [EMPRESA] – RH/DP</w:t>
      </w:r>
    </w:p>
    <w:p>
      <w:r>
        <w:t>Solicito a regularização da baixa/atualização do meu contrato de trabalho na CTPS Digital, incluindo a data de desligamento ([DESLIGAMENTO]) e demais informações obrigatórias.</w:t>
      </w:r>
    </w:p>
    <w:p>
      <w:r>
        <w:t>Peço confirmação por escrito assim que a atualização for concluída.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retaliação, valores relevantes ou dúvida sobre o melhor momento de envio,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