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Pedido de Confirmação de Recebimento (Modelo Curto)</w:t>
      </w:r>
    </w:p>
    <w:p>
      <w:r>
        <w:rPr>
          <w:i/>
        </w:rPr>
        <w:t>Para exigir resposta por escrito quando você protocola algo.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Empregador/Empresa: [EMPRESA] – CNPJ [CNPJ] – Endereço [ENDERECO_EMPRESA]</w:t>
      </w:r>
    </w:p>
    <w:p>
      <w:r>
        <w:t>• Função: [FUNCAO] – Admissão: [ADMISSAO] – Desligamento (se houver): [DESLIGAMENTO]</w:t>
      </w:r>
    </w:p>
    <w:p>
      <w:r>
        <w:t>• Cidade/UF e data: [CIDADE], [DATA]</w:t>
      </w:r>
    </w:p>
    <w:p/>
    <w:p>
      <w:pPr>
        <w:pStyle w:val="RGH2"/>
      </w:pPr>
      <w:r>
        <w:t>À [EMPRESA] – RH/DP</w:t>
      </w:r>
    </w:p>
    <w:p>
      <w:r>
        <w:t>Encaminho este documento/solicitação e peço confirmação por escrito do recebimento, informando o responsável pelo tratamento do pedido e prazo de retorno.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Modelos de uso geral. Ajuste ao seu caso e guarde provas. Se houver risco de retaliação ou situação sensível, busque orientação antes de enviar.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