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Checklist de Provas – Horas Extras</w:t>
      </w:r>
    </w:p>
    <w:p>
      <w:r>
        <w:rPr>
          <w:i/>
        </w:rPr>
        <w:t>Lista prática para juntar evidências (ponto, WhatsApp, e-mail, GPS, portaria etc.).</w:t>
      </w:r>
    </w:p>
    <w:p/>
    <w:p>
      <w:pPr>
        <w:pStyle w:val="RGH2"/>
      </w:pPr>
      <w:r>
        <w:t>Como usar:</w:t>
      </w:r>
    </w:p>
    <w:p>
      <w:r>
        <w:t>Marque o que você tem e reúna em pastas por mês. Se possível, nomeie os arquivos com data e assunto.</w:t>
      </w:r>
    </w:p>
    <w:p/>
    <w:p>
      <w:pPr>
        <w:pStyle w:val="RGH2"/>
      </w:pPr>
      <w:r>
        <w:t>Documentos oficiais:</w:t>
      </w:r>
    </w:p>
    <w:p>
      <w:r>
        <w:t>• [ ] Espelho de ponto (mensal)</w:t>
      </w:r>
    </w:p>
    <w:p>
      <w:r>
        <w:t>• [ ] Relatório de banco de horas/saldos</w:t>
      </w:r>
    </w:p>
    <w:p>
      <w:r>
        <w:t>• [ ] Escalas publicadas e histórico de alterações</w:t>
      </w:r>
    </w:p>
    <w:p>
      <w:r>
        <w:t>• [ ] Contracheques/holerites (para comparar pagamento)</w:t>
      </w:r>
    </w:p>
    <w:p/>
    <w:p>
      <w:pPr>
        <w:pStyle w:val="RGH2"/>
      </w:pPr>
      <w:r>
        <w:t>Provas do dia a dia (muito úteis):</w:t>
      </w:r>
    </w:p>
    <w:p>
      <w:r>
        <w:t>• [ ] Conversas WhatsApp com chefia/colegas (convocação, cobrança fora do horário, troca de turnos)</w:t>
      </w:r>
    </w:p>
    <w:p>
      <w:r>
        <w:t>• [ ] E-mails enviados/recebidos fora do expediente</w:t>
      </w:r>
    </w:p>
    <w:p>
      <w:r>
        <w:t>• [ ] Registros de acesso a sistemas (login/logoff, relatórios, chamados)</w:t>
      </w:r>
    </w:p>
    <w:p>
      <w:r>
        <w:t>• [ ] Registros de portaria/entrada/saída (condomínio/empresa)</w:t>
      </w:r>
    </w:p>
    <w:p>
      <w:r>
        <w:t>• [ ] GPS/roteiros/entregas (quando aplicável)</w:t>
      </w:r>
    </w:p>
    <w:p>
      <w:r>
        <w:t>• [ ] Fotos com data/horário (quando pertinentes)</w:t>
      </w:r>
    </w:p>
    <w:p>
      <w:r>
        <w:t>• [ ] Comprovantes de transporte/pedágio/estacionamento em horários compatíveis</w:t>
      </w:r>
    </w:p>
    <w:p>
      <w:r>
        <w:t>• [ ] Testemunhas (nome e contato de colegas que viam a rotina)</w:t>
      </w:r>
    </w:p>
    <w:p/>
    <w:p>
      <w:pPr>
        <w:pStyle w:val="RGH2"/>
      </w:pPr>
      <w:r>
        <w:t>Organização sugerida:</w:t>
      </w:r>
    </w:p>
    <w:p>
      <w:r>
        <w:t>• Separar por mês (pasta 01, 02, 03...)</w:t>
      </w:r>
    </w:p>
    <w:p>
      <w:r>
        <w:t>• Criar uma planilha simples: data – horário real – o que aconteceu – prova</w:t>
      </w:r>
    </w:p>
    <w:p>
      <w:r>
        <w:t>• Guardar também escalas e mensagens de alteração de folga/turno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