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Pedido de Preservação de Provas – Acidente de Trabalho</w:t>
      </w:r>
    </w:p>
    <w:p>
      <w:r>
        <w:rPr>
          <w:i/>
        </w:rPr>
        <w:t>Modelo para solicitar guarda de câmeras, portaria e registros do dia do evento.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Data do evento: [DATA_EVENTO]  Horário aproximado: [HORA_EVENTO]</w:t>
      </w:r>
    </w:p>
    <w:p>
      <w:r>
        <w:t>• Local do evento: [LOCAL_EVENTO]</w:t>
      </w:r>
    </w:p>
    <w:p>
      <w:r>
        <w:t>• Cidade/UF e data: [CIDADE], [DATA]</w:t>
      </w:r>
    </w:p>
    <w:p/>
    <w:p>
      <w:pPr>
        <w:pStyle w:val="RGH2"/>
      </w:pPr>
      <w:r>
        <w:t>À [EMPRESA] – Segurança/Portaria/TI/RH</w:t>
      </w:r>
    </w:p>
    <w:p>
      <w:r>
        <w:t>Considerando o evento ocorrido em [DATA_EVENTO] no local [LOCAL_EVENTO], solicito a preservação de registros e evidências internas, a fim de evitar perda de informações.</w:t>
      </w:r>
    </w:p>
    <w:p>
      <w:pPr>
        <w:pStyle w:val="RGH2"/>
      </w:pPr>
      <w:r>
        <w:t>Solicito, quando existentes:</w:t>
      </w:r>
    </w:p>
    <w:p>
      <w:r>
        <w:t>• imagens de câmeras (CFTV) do local [LOCAL_EVENTO] no período de [HORA_INICIO] a [HORA_FIM];</w:t>
      </w:r>
    </w:p>
    <w:p>
      <w:r>
        <w:t>• registros de portaria/catraca (entrada/saída) do dia [DATA_EVENTO];</w:t>
      </w:r>
    </w:p>
    <w:p>
      <w:r>
        <w:t>• relatórios de ocorrência/segurança e comunicações internas sobre o fato;</w:t>
      </w:r>
    </w:p>
    <w:p>
      <w:r>
        <w:t>• escalas e controle de ponto do dia do evento.</w:t>
      </w:r>
    </w:p>
    <w:p>
      <w:r>
        <w:t>Peço confirmação por escrito e informação do prazo interno de retenção desses registros.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Em caso de urgência médica, procure atendimento imediatamente. Se houver risco de retaliação ou necessidade de medidas rápidas, busque orientação antes de enviar documentos.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